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color w:val="646464"/>
          <w:sz w:val="20"/>
        </w:rPr>
        <w:t>ZÁKLADNÍ ŠKOLA JABLOŇANY, okres Blansko, příspěvková organizace</w:t>
        <w:br/>
        <w:t>Jabloňany 38, 679 01 Skalice nad Svitavou, IČO: 75024161</w:t>
        <w:br/>
        <w:br/>
      </w:r>
    </w:p>
    <w:p>
      <w:pPr>
        <w:jc w:val="center"/>
      </w:pPr>
      <w:r>
        <w:rPr>
          <w:rFonts w:ascii="Calibri" w:hAnsi="Calibri"/>
          <w:b/>
          <w:color w:val="143278"/>
          <w:sz w:val="36"/>
        </w:rPr>
        <w:t>OZNÁMENÍ O VÝSLEDKU VOLEB</w:t>
        <w:br/>
        <w:t>DO ŠKOLSKÉ RADY</w:t>
      </w:r>
    </w:p>
    <w:p>
      <w:pPr>
        <w:jc w:val="center"/>
      </w:pPr>
      <w:r>
        <w:rPr>
          <w:rFonts w:ascii="Calibri" w:hAnsi="Calibri"/>
          <w:b/>
          <w:sz w:val="26"/>
        </w:rPr>
        <w:t>pro funkční období 1. 9. 2026 – 31. 8. 2029</w:t>
        <w:br/>
      </w:r>
    </w:p>
    <w:p>
      <w:r>
        <w:rPr>
          <w:rFonts w:ascii="Calibri" w:hAnsi="Calibri"/>
          <w:sz w:val="24"/>
        </w:rPr>
        <w:t>Dne 8. 4. 2026 proběhly na ZŠ Jabloňany, okres Blansko, příspěvková organizace, volby do Školské rady s tímto výsledkem:</w:t>
        <w:br/>
      </w:r>
    </w:p>
    <w:p>
      <w:r>
        <w:rPr>
          <w:rFonts w:ascii="Calibri" w:hAnsi="Calibri"/>
          <w:b/>
          <w:sz w:val="24"/>
        </w:rPr>
        <w:t>Jako zástupkyně z řad rodičů za ZŠ byly zvoleny:</w:t>
      </w:r>
    </w:p>
    <w:p>
      <w:pPr>
        <w:pStyle w:val="ListBullet"/>
      </w:pPr>
      <w:r>
        <w:rPr>
          <w:rFonts w:ascii="Calibri" w:hAnsi="Calibri"/>
          <w:b/>
          <w:sz w:val="24"/>
        </w:rPr>
        <w:t>paní Petra Ondráčková (14 hlasů)</w:t>
      </w:r>
    </w:p>
    <w:p>
      <w:pPr>
        <w:pStyle w:val="ListBullet"/>
      </w:pPr>
      <w:r>
        <w:rPr>
          <w:rFonts w:ascii="Calibri" w:hAnsi="Calibri"/>
          <w:b/>
          <w:sz w:val="24"/>
        </w:rPr>
        <w:t>Mgr. Markéta Přibylová (9 hlasů)</w:t>
      </w:r>
    </w:p>
    <w:p>
      <w:r>
        <w:rPr>
          <w:rFonts w:ascii="Calibri" w:hAnsi="Calibri"/>
          <w:sz w:val="24"/>
        </w:rPr>
        <w:br/>
        <w:t>Ostatní kandidáti nezískali nadpoloviční většinu hlasů.</w:t>
        <w:br/>
        <w:br/>
        <w:t>Voleb se zúčastnilo 38 zákonných zástupců, platných hlasů bylo 35, neplatné hlasy 2, zdržel se hlasování 1.</w:t>
      </w:r>
    </w:p>
    <w:p>
      <w:r>
        <w:rPr>
          <w:rFonts w:ascii="Calibri" w:hAnsi="Calibri"/>
          <w:sz w:val="22"/>
        </w:rPr>
        <w:br/>
        <w:br/>
        <w:t>V Jabloňanech dne 8. 4. 2026</w:t>
        <w:br/>
        <w:br/>
      </w:r>
    </w:p>
    <w:sectPr w:rsidR="00FC693F" w:rsidRPr="0006063C" w:rsidSect="00034616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